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2FE" w:rsidRPr="007F0950" w:rsidRDefault="007F0950">
      <w:pPr>
        <w:spacing w:after="20"/>
        <w:jc w:val="center"/>
        <w:rPr>
          <w:rFonts w:asciiTheme="majorEastAsia" w:eastAsiaTheme="majorEastAsia" w:hAnsiTheme="majorEastAsia"/>
        </w:rPr>
      </w:pPr>
      <w:r w:rsidRPr="007F0950">
        <w:rPr>
          <w:rFonts w:asciiTheme="majorEastAsia" w:eastAsiaTheme="majorEastAsia" w:hAnsiTheme="majorEastAsia"/>
          <w:b/>
          <w:color w:val="2F75B5"/>
          <w:sz w:val="28"/>
        </w:rPr>
        <w:t>令和</w:t>
      </w:r>
      <w:r w:rsidRPr="007F0950">
        <w:rPr>
          <w:rFonts w:asciiTheme="majorEastAsia" w:eastAsiaTheme="majorEastAsia" w:hAnsiTheme="majorEastAsia"/>
          <w:b/>
          <w:color w:val="2F75B5"/>
          <w:sz w:val="28"/>
        </w:rPr>
        <w:t>8</w:t>
      </w:r>
      <w:r w:rsidRPr="007F0950">
        <w:rPr>
          <w:rFonts w:asciiTheme="majorEastAsia" w:eastAsiaTheme="majorEastAsia" w:hAnsiTheme="majorEastAsia"/>
          <w:b/>
          <w:color w:val="2F75B5"/>
          <w:sz w:val="28"/>
        </w:rPr>
        <w:t>年度</w:t>
      </w:r>
      <w:r w:rsidRPr="007F0950">
        <w:rPr>
          <w:rFonts w:asciiTheme="majorEastAsia" w:eastAsiaTheme="majorEastAsia" w:hAnsiTheme="majorEastAsia"/>
          <w:b/>
          <w:color w:val="2F75B5"/>
          <w:sz w:val="28"/>
        </w:rPr>
        <w:t xml:space="preserve">  </w:t>
      </w:r>
      <w:r w:rsidRPr="007F0950">
        <w:rPr>
          <w:rFonts w:asciiTheme="majorEastAsia" w:eastAsiaTheme="majorEastAsia" w:hAnsiTheme="majorEastAsia"/>
          <w:b/>
          <w:color w:val="2F75B5"/>
          <w:sz w:val="28"/>
        </w:rPr>
        <w:t>標茶町総合防災訓練</w:t>
      </w:r>
    </w:p>
    <w:p w:rsidR="006F02FE" w:rsidRPr="007F0950" w:rsidRDefault="007F0950">
      <w:pPr>
        <w:spacing w:after="40"/>
        <w:jc w:val="center"/>
        <w:rPr>
          <w:rFonts w:asciiTheme="majorEastAsia" w:eastAsiaTheme="majorEastAsia" w:hAnsiTheme="majorEastAsia"/>
          <w:lang w:eastAsia="ja-JP"/>
        </w:rPr>
      </w:pPr>
      <w:r w:rsidRPr="007F0950">
        <w:rPr>
          <w:rFonts w:asciiTheme="majorEastAsia" w:eastAsiaTheme="majorEastAsia" w:hAnsiTheme="majorEastAsia"/>
          <w:b/>
          <w:color w:val="17365D"/>
          <w:sz w:val="50"/>
          <w:lang w:eastAsia="ja-JP"/>
        </w:rPr>
        <w:t>送迎バス時刻表</w:t>
      </w:r>
    </w:p>
    <w:p w:rsidR="006F02FE" w:rsidRPr="007F0950" w:rsidRDefault="007F0950">
      <w:pPr>
        <w:spacing w:after="100"/>
        <w:jc w:val="center"/>
        <w:rPr>
          <w:rFonts w:asciiTheme="majorEastAsia" w:eastAsiaTheme="majorEastAsia" w:hAnsiTheme="majorEastAsia"/>
          <w:lang w:eastAsia="ja-JP"/>
        </w:rPr>
      </w:pPr>
      <w:r w:rsidRPr="007F0950">
        <w:rPr>
          <w:rFonts w:asciiTheme="majorEastAsia" w:eastAsiaTheme="majorEastAsia" w:hAnsiTheme="majorEastAsia"/>
          <w:b/>
          <w:color w:val="ED7D31"/>
          <w:sz w:val="28"/>
          <w:lang w:eastAsia="ja-JP"/>
        </w:rPr>
        <w:t>運行日　令和</w:t>
      </w:r>
      <w:r w:rsidRPr="007F0950">
        <w:rPr>
          <w:rFonts w:asciiTheme="majorEastAsia" w:eastAsiaTheme="majorEastAsia" w:hAnsiTheme="majorEastAsia"/>
          <w:b/>
          <w:color w:val="ED7D31"/>
          <w:sz w:val="28"/>
          <w:lang w:eastAsia="ja-JP"/>
        </w:rPr>
        <w:t>8</w:t>
      </w:r>
      <w:r w:rsidRPr="007F0950">
        <w:rPr>
          <w:rFonts w:asciiTheme="majorEastAsia" w:eastAsiaTheme="majorEastAsia" w:hAnsiTheme="majorEastAsia"/>
          <w:b/>
          <w:color w:val="ED7D31"/>
          <w:sz w:val="28"/>
          <w:lang w:eastAsia="ja-JP"/>
        </w:rPr>
        <w:t>年</w:t>
      </w:r>
      <w:r w:rsidRPr="007F0950">
        <w:rPr>
          <w:rFonts w:asciiTheme="majorEastAsia" w:eastAsiaTheme="majorEastAsia" w:hAnsiTheme="majorEastAsia"/>
          <w:b/>
          <w:color w:val="ED7D31"/>
          <w:sz w:val="28"/>
          <w:lang w:eastAsia="ja-JP"/>
        </w:rPr>
        <w:t>8</w:t>
      </w:r>
      <w:r w:rsidRPr="007F0950">
        <w:rPr>
          <w:rFonts w:asciiTheme="majorEastAsia" w:eastAsiaTheme="majorEastAsia" w:hAnsiTheme="majorEastAsia"/>
          <w:b/>
          <w:color w:val="ED7D31"/>
          <w:sz w:val="28"/>
          <w:lang w:eastAsia="ja-JP"/>
        </w:rPr>
        <w:t>月</w:t>
      </w:r>
      <w:r w:rsidRPr="007F0950">
        <w:rPr>
          <w:rFonts w:asciiTheme="majorEastAsia" w:eastAsiaTheme="majorEastAsia" w:hAnsiTheme="majorEastAsia"/>
          <w:b/>
          <w:color w:val="ED7D31"/>
          <w:sz w:val="28"/>
          <w:lang w:eastAsia="ja-JP"/>
        </w:rPr>
        <w:t>30</w:t>
      </w:r>
      <w:r w:rsidRPr="007F0950">
        <w:rPr>
          <w:rFonts w:asciiTheme="majorEastAsia" w:eastAsiaTheme="majorEastAsia" w:hAnsiTheme="majorEastAsia"/>
          <w:b/>
          <w:color w:val="ED7D31"/>
          <w:sz w:val="28"/>
          <w:lang w:eastAsia="ja-JP"/>
        </w:rPr>
        <w:t>日（日）</w:t>
      </w:r>
    </w:p>
    <w:p w:rsidR="006F02FE" w:rsidRPr="007F0950" w:rsidRDefault="007F0950">
      <w:pPr>
        <w:spacing w:before="40" w:after="60"/>
        <w:rPr>
          <w:rFonts w:asciiTheme="majorEastAsia" w:eastAsiaTheme="majorEastAsia" w:hAnsiTheme="majorEastAsia"/>
          <w:lang w:eastAsia="ja-JP"/>
        </w:rPr>
      </w:pPr>
      <w:r w:rsidRPr="007F0950">
        <w:rPr>
          <w:rFonts w:asciiTheme="majorEastAsia" w:eastAsiaTheme="majorEastAsia" w:hAnsiTheme="majorEastAsia"/>
          <w:b/>
          <w:color w:val="17365D"/>
          <w:sz w:val="28"/>
          <w:lang w:eastAsia="ja-JP"/>
        </w:rPr>
        <w:t xml:space="preserve">① </w:t>
      </w:r>
      <w:r w:rsidRPr="007F0950">
        <w:rPr>
          <w:rFonts w:asciiTheme="majorEastAsia" w:eastAsiaTheme="majorEastAsia" w:hAnsiTheme="majorEastAsia"/>
          <w:b/>
          <w:color w:val="17365D"/>
          <w:sz w:val="28"/>
          <w:lang w:eastAsia="ja-JP"/>
        </w:rPr>
        <w:t>旭・平和・常盤コース</w:t>
      </w: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273"/>
        <w:gridCol w:w="5273"/>
      </w:tblGrid>
      <w:tr w:rsidR="006F02FE" w:rsidRPr="007F0950">
        <w:trPr>
          <w:jc w:val="center"/>
        </w:trPr>
        <w:tc>
          <w:tcPr>
            <w:tcW w:w="5273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6F02FE" w:rsidRPr="007F0950" w:rsidRDefault="006F02FE">
            <w:pPr>
              <w:rPr>
                <w:rFonts w:asciiTheme="majorEastAsia" w:eastAsiaTheme="majorEastAsia" w:hAnsiTheme="majorEastAsia"/>
                <w:lang w:eastAsia="ja-JP"/>
              </w:rPr>
            </w:pPr>
          </w:p>
          <w:tbl>
            <w:tblPr>
              <w:tblW w:w="0" w:type="auto"/>
              <w:jc w:val="center"/>
              <w:tblBorders>
                <w:top w:val="single" w:sz="5" w:space="0" w:color="AFC6DF"/>
                <w:left w:val="single" w:sz="5" w:space="0" w:color="AFC6DF"/>
                <w:bottom w:val="single" w:sz="5" w:space="0" w:color="AFC6DF"/>
                <w:right w:val="single" w:sz="5" w:space="0" w:color="AFC6DF"/>
                <w:insideH w:val="single" w:sz="5" w:space="0" w:color="AFC6DF"/>
                <w:insideV w:val="single" w:sz="5" w:space="0" w:color="AFC6D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98"/>
              <w:gridCol w:w="1474"/>
            </w:tblGrid>
            <w:tr w:rsidR="006F02FE" w:rsidRPr="007F0950">
              <w:trPr>
                <w:jc w:val="center"/>
              </w:trPr>
              <w:tc>
                <w:tcPr>
                  <w:tcW w:w="5272" w:type="dxa"/>
                  <w:gridSpan w:val="2"/>
                  <w:shd w:val="clear" w:color="auto" w:fill="2F75B5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/>
                      <w:lang w:eastAsia="ja-JP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b/>
                      <w:color w:val="FFFFFF"/>
                      <w:sz w:val="23"/>
                      <w:lang w:eastAsia="ja-JP"/>
                    </w:rPr>
                    <w:t>行き（乗車・出発予定）</w:t>
                  </w:r>
                </w:p>
              </w:tc>
            </w:tr>
            <w:tr w:rsidR="006F02FE" w:rsidRPr="007F0950">
              <w:trPr>
                <w:jc w:val="center"/>
              </w:trPr>
              <w:tc>
                <w:tcPr>
                  <w:tcW w:w="3798" w:type="dxa"/>
                  <w:shd w:val="clear" w:color="auto" w:fill="EEF5FB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rPr>
                      <w:rFonts w:asciiTheme="majorEastAsia" w:eastAsiaTheme="majorEastAsia" w:hAnsiTheme="majorEastAsia"/>
                    </w:rPr>
                  </w:pPr>
                  <w:proofErr w:type="spellStart"/>
                  <w:r w:rsidRPr="007F0950">
                    <w:rPr>
                      <w:rFonts w:asciiTheme="majorEastAsia" w:eastAsiaTheme="majorEastAsia" w:hAnsiTheme="majorEastAsia"/>
                      <w:color w:val="222222"/>
                      <w:sz w:val="21"/>
                    </w:rPr>
                    <w:t>開発センタ</w:t>
                  </w:r>
                  <w:proofErr w:type="spellEnd"/>
                  <w:r w:rsidRPr="007F0950">
                    <w:rPr>
                      <w:rFonts w:asciiTheme="majorEastAsia" w:eastAsiaTheme="majorEastAsia" w:hAnsiTheme="majorEastAsia"/>
                      <w:color w:val="222222"/>
                      <w:sz w:val="21"/>
                    </w:rPr>
                    <w:t>ー</w:t>
                  </w:r>
                </w:p>
              </w:tc>
              <w:tc>
                <w:tcPr>
                  <w:tcW w:w="1247" w:type="dxa"/>
                  <w:shd w:val="clear" w:color="auto" w:fill="EEF5FB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b/>
                      <w:color w:val="2F75B5"/>
                      <w:sz w:val="24"/>
                    </w:rPr>
                    <w:t>10:00</w:t>
                  </w:r>
                </w:p>
              </w:tc>
            </w:tr>
            <w:tr w:rsidR="006F02FE" w:rsidRPr="007F0950">
              <w:trPr>
                <w:jc w:val="center"/>
              </w:trPr>
              <w:tc>
                <w:tcPr>
                  <w:tcW w:w="3798" w:type="dxa"/>
                  <w:shd w:val="clear" w:color="auto" w:fill="EEF5FB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rPr>
                      <w:rFonts w:asciiTheme="majorEastAsia" w:eastAsiaTheme="majorEastAsia" w:hAnsiTheme="majorEastAsia"/>
                      <w:lang w:eastAsia="ja-JP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color w:val="222222"/>
                      <w:sz w:val="21"/>
                      <w:lang w:eastAsia="ja-JP"/>
                    </w:rPr>
                    <w:t>平和コミュニティハウス</w:t>
                  </w:r>
                </w:p>
              </w:tc>
              <w:tc>
                <w:tcPr>
                  <w:tcW w:w="1247" w:type="dxa"/>
                  <w:shd w:val="clear" w:color="auto" w:fill="EEF5FB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b/>
                      <w:color w:val="2F75B5"/>
                      <w:sz w:val="24"/>
                    </w:rPr>
                    <w:t>10:07</w:t>
                  </w:r>
                </w:p>
              </w:tc>
            </w:tr>
            <w:tr w:rsidR="006F02FE" w:rsidRPr="007F0950">
              <w:trPr>
                <w:jc w:val="center"/>
              </w:trPr>
              <w:tc>
                <w:tcPr>
                  <w:tcW w:w="3798" w:type="dxa"/>
                  <w:shd w:val="clear" w:color="auto" w:fill="EEF5FB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rPr>
                      <w:rFonts w:asciiTheme="majorEastAsia" w:eastAsiaTheme="majorEastAsia" w:hAnsiTheme="majorEastAsia"/>
                      <w:lang w:eastAsia="ja-JP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color w:val="222222"/>
                      <w:sz w:val="21"/>
                      <w:lang w:eastAsia="ja-JP"/>
                    </w:rPr>
                    <w:t>常盤コミュニティハウス</w:t>
                  </w:r>
                </w:p>
              </w:tc>
              <w:tc>
                <w:tcPr>
                  <w:tcW w:w="1247" w:type="dxa"/>
                  <w:shd w:val="clear" w:color="auto" w:fill="EEF5FB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b/>
                      <w:color w:val="2F75B5"/>
                      <w:sz w:val="24"/>
                    </w:rPr>
                    <w:t>10:17</w:t>
                  </w:r>
                </w:p>
              </w:tc>
            </w:tr>
            <w:tr w:rsidR="006F02FE" w:rsidRPr="007F0950">
              <w:trPr>
                <w:jc w:val="center"/>
              </w:trPr>
              <w:tc>
                <w:tcPr>
                  <w:tcW w:w="3798" w:type="dxa"/>
                  <w:shd w:val="clear" w:color="auto" w:fill="EEF5FB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rPr>
                      <w:rFonts w:asciiTheme="majorEastAsia" w:eastAsiaTheme="majorEastAsia" w:hAnsiTheme="majorEastAsia"/>
                      <w:lang w:eastAsia="ja-JP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color w:val="222222"/>
                      <w:sz w:val="21"/>
                      <w:lang w:eastAsia="ja-JP"/>
                    </w:rPr>
                    <w:t>農業者トレーニングセンター</w:t>
                  </w:r>
                </w:p>
              </w:tc>
              <w:tc>
                <w:tcPr>
                  <w:tcW w:w="1247" w:type="dxa"/>
                  <w:shd w:val="clear" w:color="auto" w:fill="EEF5FB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b/>
                      <w:color w:val="2F75B5"/>
                      <w:sz w:val="24"/>
                    </w:rPr>
                    <w:t>10:20</w:t>
                  </w:r>
                  <w:r w:rsidRPr="007F0950">
                    <w:rPr>
                      <w:rFonts w:asciiTheme="majorEastAsia" w:eastAsiaTheme="majorEastAsia" w:hAnsiTheme="majorEastAsia"/>
                      <w:b/>
                      <w:color w:val="2F75B5"/>
                      <w:sz w:val="24"/>
                    </w:rPr>
                    <w:t>着</w:t>
                  </w:r>
                </w:p>
              </w:tc>
            </w:tr>
          </w:tbl>
          <w:p w:rsidR="006F02FE" w:rsidRPr="007F0950" w:rsidRDefault="006F02FE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5273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6F02FE" w:rsidRPr="007F0950" w:rsidRDefault="006F02FE">
            <w:pPr>
              <w:rPr>
                <w:rFonts w:asciiTheme="majorEastAsia" w:eastAsiaTheme="majorEastAsia" w:hAnsiTheme="majorEastAsia"/>
              </w:rPr>
            </w:pPr>
          </w:p>
          <w:tbl>
            <w:tblPr>
              <w:tblW w:w="0" w:type="auto"/>
              <w:jc w:val="center"/>
              <w:tblBorders>
                <w:top w:val="single" w:sz="5" w:space="0" w:color="E6B89C"/>
                <w:left w:val="single" w:sz="5" w:space="0" w:color="E6B89C"/>
                <w:bottom w:val="single" w:sz="5" w:space="0" w:color="E6B89C"/>
                <w:right w:val="single" w:sz="5" w:space="0" w:color="E6B89C"/>
                <w:insideH w:val="single" w:sz="5" w:space="0" w:color="E6B89C"/>
                <w:insideV w:val="single" w:sz="5" w:space="0" w:color="E6B89C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98"/>
              <w:gridCol w:w="1474"/>
            </w:tblGrid>
            <w:tr w:rsidR="006F02FE" w:rsidRPr="007F0950">
              <w:trPr>
                <w:jc w:val="center"/>
              </w:trPr>
              <w:tc>
                <w:tcPr>
                  <w:tcW w:w="5272" w:type="dxa"/>
                  <w:gridSpan w:val="2"/>
                  <w:shd w:val="clear" w:color="auto" w:fill="ED7D31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/>
                      <w:lang w:eastAsia="ja-JP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b/>
                      <w:color w:val="FFFFFF"/>
                      <w:sz w:val="23"/>
                      <w:lang w:eastAsia="ja-JP"/>
                    </w:rPr>
                    <w:t>帰り（降車・到着予定）</w:t>
                  </w:r>
                </w:p>
              </w:tc>
            </w:tr>
            <w:tr w:rsidR="006F02FE" w:rsidRPr="007F0950">
              <w:trPr>
                <w:jc w:val="center"/>
              </w:trPr>
              <w:tc>
                <w:tcPr>
                  <w:tcW w:w="3798" w:type="dxa"/>
                  <w:shd w:val="clear" w:color="auto" w:fill="FFF7F2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rPr>
                      <w:rFonts w:asciiTheme="majorEastAsia" w:eastAsiaTheme="majorEastAsia" w:hAnsiTheme="majorEastAsia"/>
                      <w:lang w:eastAsia="ja-JP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color w:val="222222"/>
                      <w:sz w:val="21"/>
                      <w:lang w:eastAsia="ja-JP"/>
                    </w:rPr>
                    <w:t>農業者トレーニングセンター</w:t>
                  </w:r>
                </w:p>
              </w:tc>
              <w:tc>
                <w:tcPr>
                  <w:tcW w:w="1247" w:type="dxa"/>
                  <w:shd w:val="clear" w:color="auto" w:fill="FFF7F2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b/>
                      <w:color w:val="ED7D31"/>
                      <w:sz w:val="24"/>
                    </w:rPr>
                    <w:t>12:00</w:t>
                  </w:r>
                  <w:r w:rsidRPr="007F0950">
                    <w:rPr>
                      <w:rFonts w:asciiTheme="majorEastAsia" w:eastAsiaTheme="majorEastAsia" w:hAnsiTheme="majorEastAsia"/>
                      <w:b/>
                      <w:color w:val="ED7D31"/>
                      <w:sz w:val="24"/>
                    </w:rPr>
                    <w:t>発</w:t>
                  </w:r>
                </w:p>
              </w:tc>
            </w:tr>
            <w:tr w:rsidR="006F02FE" w:rsidRPr="007F0950">
              <w:trPr>
                <w:jc w:val="center"/>
              </w:trPr>
              <w:tc>
                <w:tcPr>
                  <w:tcW w:w="3798" w:type="dxa"/>
                  <w:shd w:val="clear" w:color="auto" w:fill="FFF7F2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rPr>
                      <w:rFonts w:asciiTheme="majorEastAsia" w:eastAsiaTheme="majorEastAsia" w:hAnsiTheme="majorEastAsia"/>
                      <w:lang w:eastAsia="ja-JP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color w:val="222222"/>
                      <w:sz w:val="21"/>
                      <w:lang w:eastAsia="ja-JP"/>
                    </w:rPr>
                    <w:t>常盤コミュニティハウス</w:t>
                  </w:r>
                </w:p>
              </w:tc>
              <w:tc>
                <w:tcPr>
                  <w:tcW w:w="1247" w:type="dxa"/>
                  <w:shd w:val="clear" w:color="auto" w:fill="FFF7F2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b/>
                      <w:color w:val="ED7D31"/>
                      <w:sz w:val="24"/>
                    </w:rPr>
                    <w:t>12:03</w:t>
                  </w:r>
                  <w:r w:rsidRPr="007F0950">
                    <w:rPr>
                      <w:rFonts w:asciiTheme="majorEastAsia" w:eastAsiaTheme="majorEastAsia" w:hAnsiTheme="majorEastAsia"/>
                      <w:b/>
                      <w:color w:val="ED7D31"/>
                      <w:sz w:val="24"/>
                    </w:rPr>
                    <w:t>着</w:t>
                  </w:r>
                </w:p>
              </w:tc>
            </w:tr>
            <w:tr w:rsidR="006F02FE" w:rsidRPr="007F0950">
              <w:trPr>
                <w:jc w:val="center"/>
              </w:trPr>
              <w:tc>
                <w:tcPr>
                  <w:tcW w:w="3798" w:type="dxa"/>
                  <w:shd w:val="clear" w:color="auto" w:fill="FFF7F2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rPr>
                      <w:rFonts w:asciiTheme="majorEastAsia" w:eastAsiaTheme="majorEastAsia" w:hAnsiTheme="majorEastAsia"/>
                      <w:lang w:eastAsia="ja-JP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color w:val="222222"/>
                      <w:sz w:val="21"/>
                      <w:lang w:eastAsia="ja-JP"/>
                    </w:rPr>
                    <w:t>平和コミュニティハウス</w:t>
                  </w:r>
                </w:p>
              </w:tc>
              <w:tc>
                <w:tcPr>
                  <w:tcW w:w="1247" w:type="dxa"/>
                  <w:shd w:val="clear" w:color="auto" w:fill="FFF7F2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b/>
                      <w:color w:val="ED7D31"/>
                      <w:sz w:val="24"/>
                    </w:rPr>
                    <w:t>12:15</w:t>
                  </w:r>
                  <w:r w:rsidRPr="007F0950">
                    <w:rPr>
                      <w:rFonts w:asciiTheme="majorEastAsia" w:eastAsiaTheme="majorEastAsia" w:hAnsiTheme="majorEastAsia"/>
                      <w:b/>
                      <w:color w:val="ED7D31"/>
                      <w:sz w:val="24"/>
                    </w:rPr>
                    <w:t>着</w:t>
                  </w:r>
                </w:p>
              </w:tc>
            </w:tr>
            <w:tr w:rsidR="006F02FE" w:rsidRPr="007F0950">
              <w:trPr>
                <w:jc w:val="center"/>
              </w:trPr>
              <w:tc>
                <w:tcPr>
                  <w:tcW w:w="3798" w:type="dxa"/>
                  <w:shd w:val="clear" w:color="auto" w:fill="FFF7F2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rPr>
                      <w:rFonts w:asciiTheme="majorEastAsia" w:eastAsiaTheme="majorEastAsia" w:hAnsiTheme="majorEastAsia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color w:val="222222"/>
                      <w:sz w:val="21"/>
                    </w:rPr>
                    <w:t>開発センター</w:t>
                  </w:r>
                </w:p>
              </w:tc>
              <w:tc>
                <w:tcPr>
                  <w:tcW w:w="1247" w:type="dxa"/>
                  <w:shd w:val="clear" w:color="auto" w:fill="FFF7F2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b/>
                      <w:color w:val="ED7D31"/>
                      <w:sz w:val="24"/>
                    </w:rPr>
                    <w:t>12:20</w:t>
                  </w:r>
                  <w:r w:rsidRPr="007F0950">
                    <w:rPr>
                      <w:rFonts w:asciiTheme="majorEastAsia" w:eastAsiaTheme="majorEastAsia" w:hAnsiTheme="majorEastAsia"/>
                      <w:b/>
                      <w:color w:val="ED7D31"/>
                      <w:sz w:val="24"/>
                    </w:rPr>
                    <w:t>着</w:t>
                  </w:r>
                </w:p>
              </w:tc>
            </w:tr>
          </w:tbl>
          <w:p w:rsidR="006F02FE" w:rsidRPr="007F0950" w:rsidRDefault="006F02FE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6F02FE" w:rsidRPr="007F0950" w:rsidRDefault="007F0950">
      <w:pPr>
        <w:spacing w:before="40" w:after="60"/>
        <w:rPr>
          <w:rFonts w:asciiTheme="majorEastAsia" w:eastAsiaTheme="majorEastAsia" w:hAnsiTheme="majorEastAsia"/>
          <w:lang w:eastAsia="ja-JP"/>
        </w:rPr>
      </w:pPr>
      <w:r w:rsidRPr="007F0950">
        <w:rPr>
          <w:rFonts w:asciiTheme="majorEastAsia" w:eastAsiaTheme="majorEastAsia" w:hAnsiTheme="majorEastAsia"/>
          <w:b/>
          <w:color w:val="17365D"/>
          <w:sz w:val="28"/>
          <w:lang w:eastAsia="ja-JP"/>
        </w:rPr>
        <w:t xml:space="preserve">② </w:t>
      </w:r>
      <w:r w:rsidRPr="007F0950">
        <w:rPr>
          <w:rFonts w:asciiTheme="majorEastAsia" w:eastAsiaTheme="majorEastAsia" w:hAnsiTheme="majorEastAsia"/>
          <w:b/>
          <w:color w:val="17365D"/>
          <w:sz w:val="28"/>
          <w:lang w:eastAsia="ja-JP"/>
        </w:rPr>
        <w:t>麻生・桜・富士・開運・川上方面</w:t>
      </w: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273"/>
        <w:gridCol w:w="5273"/>
      </w:tblGrid>
      <w:tr w:rsidR="006F02FE" w:rsidRPr="007F0950">
        <w:trPr>
          <w:jc w:val="center"/>
        </w:trPr>
        <w:tc>
          <w:tcPr>
            <w:tcW w:w="5273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6F02FE" w:rsidRPr="007F0950" w:rsidRDefault="006F02FE">
            <w:pPr>
              <w:rPr>
                <w:rFonts w:asciiTheme="majorEastAsia" w:eastAsiaTheme="majorEastAsia" w:hAnsiTheme="majorEastAsia"/>
                <w:lang w:eastAsia="ja-JP"/>
              </w:rPr>
            </w:pPr>
          </w:p>
          <w:tbl>
            <w:tblPr>
              <w:tblW w:w="0" w:type="auto"/>
              <w:jc w:val="center"/>
              <w:tblBorders>
                <w:top w:val="single" w:sz="5" w:space="0" w:color="AFC6DF"/>
                <w:left w:val="single" w:sz="5" w:space="0" w:color="AFC6DF"/>
                <w:bottom w:val="single" w:sz="5" w:space="0" w:color="AFC6DF"/>
                <w:right w:val="single" w:sz="5" w:space="0" w:color="AFC6DF"/>
                <w:insideH w:val="single" w:sz="5" w:space="0" w:color="AFC6DF"/>
                <w:insideV w:val="single" w:sz="5" w:space="0" w:color="AFC6D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98"/>
              <w:gridCol w:w="1474"/>
            </w:tblGrid>
            <w:tr w:rsidR="006F02FE" w:rsidRPr="007F0950">
              <w:trPr>
                <w:jc w:val="center"/>
              </w:trPr>
              <w:tc>
                <w:tcPr>
                  <w:tcW w:w="5272" w:type="dxa"/>
                  <w:gridSpan w:val="2"/>
                  <w:shd w:val="clear" w:color="auto" w:fill="2F75B5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/>
                      <w:lang w:eastAsia="ja-JP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b/>
                      <w:color w:val="FFFFFF"/>
                      <w:sz w:val="23"/>
                      <w:lang w:eastAsia="ja-JP"/>
                    </w:rPr>
                    <w:t>行き（乗車・出発予定）</w:t>
                  </w:r>
                  <w:bookmarkStart w:id="0" w:name="_GoBack"/>
                  <w:bookmarkEnd w:id="0"/>
                </w:p>
              </w:tc>
            </w:tr>
            <w:tr w:rsidR="006F02FE" w:rsidRPr="007F0950">
              <w:trPr>
                <w:jc w:val="center"/>
              </w:trPr>
              <w:tc>
                <w:tcPr>
                  <w:tcW w:w="3798" w:type="dxa"/>
                  <w:shd w:val="clear" w:color="auto" w:fill="EEF5FB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rPr>
                      <w:rFonts w:asciiTheme="majorEastAsia" w:eastAsiaTheme="majorEastAsia" w:hAnsiTheme="majorEastAsia"/>
                    </w:rPr>
                  </w:pPr>
                  <w:proofErr w:type="spellStart"/>
                  <w:r w:rsidRPr="007F0950">
                    <w:rPr>
                      <w:rFonts w:asciiTheme="majorEastAsia" w:eastAsiaTheme="majorEastAsia" w:hAnsiTheme="majorEastAsia"/>
                      <w:color w:val="222222"/>
                      <w:sz w:val="21"/>
                    </w:rPr>
                    <w:t>麻生会館</w:t>
                  </w:r>
                  <w:proofErr w:type="spellEnd"/>
                </w:p>
              </w:tc>
              <w:tc>
                <w:tcPr>
                  <w:tcW w:w="1247" w:type="dxa"/>
                  <w:shd w:val="clear" w:color="auto" w:fill="EEF5FB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b/>
                      <w:color w:val="2F75B5"/>
                      <w:sz w:val="24"/>
                    </w:rPr>
                    <w:t>10:00</w:t>
                  </w:r>
                </w:p>
              </w:tc>
            </w:tr>
            <w:tr w:rsidR="006F02FE" w:rsidRPr="007F0950">
              <w:trPr>
                <w:jc w:val="center"/>
              </w:trPr>
              <w:tc>
                <w:tcPr>
                  <w:tcW w:w="3798" w:type="dxa"/>
                  <w:shd w:val="clear" w:color="auto" w:fill="EEF5FB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rPr>
                      <w:rFonts w:asciiTheme="majorEastAsia" w:eastAsiaTheme="majorEastAsia" w:hAnsiTheme="majorEastAsia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color w:val="222222"/>
                      <w:sz w:val="21"/>
                    </w:rPr>
                    <w:t>桜住民センター</w:t>
                  </w:r>
                </w:p>
              </w:tc>
              <w:tc>
                <w:tcPr>
                  <w:tcW w:w="1247" w:type="dxa"/>
                  <w:shd w:val="clear" w:color="auto" w:fill="EEF5FB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b/>
                      <w:color w:val="2F75B5"/>
                      <w:sz w:val="24"/>
                    </w:rPr>
                    <w:t>10:07</w:t>
                  </w:r>
                </w:p>
              </w:tc>
            </w:tr>
            <w:tr w:rsidR="006F02FE" w:rsidRPr="007F0950">
              <w:trPr>
                <w:jc w:val="center"/>
              </w:trPr>
              <w:tc>
                <w:tcPr>
                  <w:tcW w:w="3798" w:type="dxa"/>
                  <w:shd w:val="clear" w:color="auto" w:fill="EEF5FB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rPr>
                      <w:rFonts w:asciiTheme="majorEastAsia" w:eastAsiaTheme="majorEastAsia" w:hAnsiTheme="majorEastAsia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color w:val="222222"/>
                      <w:sz w:val="21"/>
                    </w:rPr>
                    <w:t>勤労者会館</w:t>
                  </w:r>
                </w:p>
              </w:tc>
              <w:tc>
                <w:tcPr>
                  <w:tcW w:w="1247" w:type="dxa"/>
                  <w:shd w:val="clear" w:color="auto" w:fill="EEF5FB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b/>
                      <w:color w:val="2F75B5"/>
                      <w:sz w:val="24"/>
                    </w:rPr>
                    <w:t>10:11</w:t>
                  </w:r>
                </w:p>
              </w:tc>
            </w:tr>
            <w:tr w:rsidR="006F02FE" w:rsidRPr="007F0950">
              <w:trPr>
                <w:jc w:val="center"/>
              </w:trPr>
              <w:tc>
                <w:tcPr>
                  <w:tcW w:w="3798" w:type="dxa"/>
                  <w:shd w:val="clear" w:color="auto" w:fill="EEF5FB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rPr>
                      <w:rFonts w:asciiTheme="majorEastAsia" w:eastAsiaTheme="majorEastAsia" w:hAnsiTheme="majorEastAsia"/>
                      <w:lang w:eastAsia="ja-JP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color w:val="222222"/>
                      <w:sz w:val="21"/>
                      <w:lang w:eastAsia="ja-JP"/>
                    </w:rPr>
                    <w:t>開運コミュニティハウス</w:t>
                  </w:r>
                </w:p>
              </w:tc>
              <w:tc>
                <w:tcPr>
                  <w:tcW w:w="1247" w:type="dxa"/>
                  <w:shd w:val="clear" w:color="auto" w:fill="EEF5FB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b/>
                      <w:color w:val="2F75B5"/>
                      <w:sz w:val="24"/>
                    </w:rPr>
                    <w:t>10:16</w:t>
                  </w:r>
                </w:p>
              </w:tc>
            </w:tr>
            <w:tr w:rsidR="006F02FE" w:rsidRPr="007F0950">
              <w:trPr>
                <w:jc w:val="center"/>
              </w:trPr>
              <w:tc>
                <w:tcPr>
                  <w:tcW w:w="3798" w:type="dxa"/>
                  <w:shd w:val="clear" w:color="auto" w:fill="EEF5FB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rPr>
                      <w:rFonts w:asciiTheme="majorEastAsia" w:eastAsiaTheme="majorEastAsia" w:hAnsiTheme="majorEastAsia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color w:val="222222"/>
                      <w:sz w:val="21"/>
                    </w:rPr>
                    <w:t>社会福祉センター</w:t>
                  </w:r>
                </w:p>
              </w:tc>
              <w:tc>
                <w:tcPr>
                  <w:tcW w:w="1247" w:type="dxa"/>
                  <w:shd w:val="clear" w:color="auto" w:fill="EEF5FB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b/>
                      <w:color w:val="2F75B5"/>
                      <w:sz w:val="24"/>
                    </w:rPr>
                    <w:t>10:19</w:t>
                  </w:r>
                </w:p>
              </w:tc>
            </w:tr>
            <w:tr w:rsidR="006F02FE" w:rsidRPr="007F0950">
              <w:trPr>
                <w:jc w:val="center"/>
              </w:trPr>
              <w:tc>
                <w:tcPr>
                  <w:tcW w:w="3798" w:type="dxa"/>
                  <w:shd w:val="clear" w:color="auto" w:fill="EEF5FB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rPr>
                      <w:rFonts w:asciiTheme="majorEastAsia" w:eastAsiaTheme="majorEastAsia" w:hAnsiTheme="majorEastAsia"/>
                      <w:lang w:eastAsia="ja-JP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color w:val="222222"/>
                      <w:sz w:val="21"/>
                      <w:lang w:eastAsia="ja-JP"/>
                    </w:rPr>
                    <w:t>農業者トレーニングセンター</w:t>
                  </w:r>
                </w:p>
              </w:tc>
              <w:tc>
                <w:tcPr>
                  <w:tcW w:w="1247" w:type="dxa"/>
                  <w:shd w:val="clear" w:color="auto" w:fill="EEF5FB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b/>
                      <w:color w:val="2F75B5"/>
                      <w:sz w:val="24"/>
                    </w:rPr>
                    <w:t>10:20</w:t>
                  </w:r>
                  <w:r w:rsidRPr="007F0950">
                    <w:rPr>
                      <w:rFonts w:asciiTheme="majorEastAsia" w:eastAsiaTheme="majorEastAsia" w:hAnsiTheme="majorEastAsia"/>
                      <w:b/>
                      <w:color w:val="2F75B5"/>
                      <w:sz w:val="24"/>
                    </w:rPr>
                    <w:t>着</w:t>
                  </w:r>
                </w:p>
              </w:tc>
            </w:tr>
          </w:tbl>
          <w:p w:rsidR="006F02FE" w:rsidRPr="007F0950" w:rsidRDefault="006F02FE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5273" w:type="dxa"/>
            <w:tcMar>
              <w:top w:w="0" w:type="dxa"/>
              <w:left w:w="60" w:type="dxa"/>
              <w:bottom w:w="0" w:type="dxa"/>
              <w:right w:w="60" w:type="dxa"/>
            </w:tcMar>
          </w:tcPr>
          <w:p w:rsidR="006F02FE" w:rsidRPr="007F0950" w:rsidRDefault="006F02FE">
            <w:pPr>
              <w:rPr>
                <w:rFonts w:asciiTheme="majorEastAsia" w:eastAsiaTheme="majorEastAsia" w:hAnsiTheme="majorEastAsia"/>
              </w:rPr>
            </w:pPr>
          </w:p>
          <w:tbl>
            <w:tblPr>
              <w:tblW w:w="0" w:type="auto"/>
              <w:jc w:val="center"/>
              <w:tblBorders>
                <w:top w:val="single" w:sz="5" w:space="0" w:color="E6B89C"/>
                <w:left w:val="single" w:sz="5" w:space="0" w:color="E6B89C"/>
                <w:bottom w:val="single" w:sz="5" w:space="0" w:color="E6B89C"/>
                <w:right w:val="single" w:sz="5" w:space="0" w:color="E6B89C"/>
                <w:insideH w:val="single" w:sz="5" w:space="0" w:color="E6B89C"/>
                <w:insideV w:val="single" w:sz="5" w:space="0" w:color="E6B89C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98"/>
              <w:gridCol w:w="1474"/>
            </w:tblGrid>
            <w:tr w:rsidR="006F02FE" w:rsidRPr="007F0950">
              <w:trPr>
                <w:jc w:val="center"/>
              </w:trPr>
              <w:tc>
                <w:tcPr>
                  <w:tcW w:w="5272" w:type="dxa"/>
                  <w:gridSpan w:val="2"/>
                  <w:shd w:val="clear" w:color="auto" w:fill="ED7D31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/>
                      <w:lang w:eastAsia="ja-JP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b/>
                      <w:color w:val="FFFFFF"/>
                      <w:sz w:val="23"/>
                      <w:lang w:eastAsia="ja-JP"/>
                    </w:rPr>
                    <w:t>帰り（降車・到着予定）</w:t>
                  </w:r>
                </w:p>
              </w:tc>
            </w:tr>
            <w:tr w:rsidR="006F02FE" w:rsidRPr="007F0950">
              <w:trPr>
                <w:jc w:val="center"/>
              </w:trPr>
              <w:tc>
                <w:tcPr>
                  <w:tcW w:w="3798" w:type="dxa"/>
                  <w:shd w:val="clear" w:color="auto" w:fill="FFF7F2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rPr>
                      <w:rFonts w:asciiTheme="majorEastAsia" w:eastAsiaTheme="majorEastAsia" w:hAnsiTheme="majorEastAsia"/>
                      <w:lang w:eastAsia="ja-JP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color w:val="222222"/>
                      <w:sz w:val="21"/>
                      <w:lang w:eastAsia="ja-JP"/>
                    </w:rPr>
                    <w:t>農業者トレーニングセンター</w:t>
                  </w:r>
                </w:p>
              </w:tc>
              <w:tc>
                <w:tcPr>
                  <w:tcW w:w="1247" w:type="dxa"/>
                  <w:shd w:val="clear" w:color="auto" w:fill="FFF7F2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b/>
                      <w:color w:val="ED7D31"/>
                      <w:sz w:val="24"/>
                    </w:rPr>
                    <w:t>12:00</w:t>
                  </w:r>
                  <w:r w:rsidRPr="007F0950">
                    <w:rPr>
                      <w:rFonts w:asciiTheme="majorEastAsia" w:eastAsiaTheme="majorEastAsia" w:hAnsiTheme="majorEastAsia"/>
                      <w:b/>
                      <w:color w:val="ED7D31"/>
                      <w:sz w:val="24"/>
                    </w:rPr>
                    <w:t>発</w:t>
                  </w:r>
                </w:p>
              </w:tc>
            </w:tr>
            <w:tr w:rsidR="006F02FE" w:rsidRPr="007F0950">
              <w:trPr>
                <w:jc w:val="center"/>
              </w:trPr>
              <w:tc>
                <w:tcPr>
                  <w:tcW w:w="3798" w:type="dxa"/>
                  <w:shd w:val="clear" w:color="auto" w:fill="FFF7F2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rPr>
                      <w:rFonts w:asciiTheme="majorEastAsia" w:eastAsiaTheme="majorEastAsia" w:hAnsiTheme="majorEastAsia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color w:val="222222"/>
                      <w:sz w:val="21"/>
                    </w:rPr>
                    <w:t>社会福祉センター</w:t>
                  </w:r>
                </w:p>
              </w:tc>
              <w:tc>
                <w:tcPr>
                  <w:tcW w:w="1247" w:type="dxa"/>
                  <w:shd w:val="clear" w:color="auto" w:fill="FFF7F2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b/>
                      <w:color w:val="ED7D31"/>
                      <w:sz w:val="24"/>
                    </w:rPr>
                    <w:t>12:03</w:t>
                  </w:r>
                  <w:r w:rsidRPr="007F0950">
                    <w:rPr>
                      <w:rFonts w:asciiTheme="majorEastAsia" w:eastAsiaTheme="majorEastAsia" w:hAnsiTheme="majorEastAsia"/>
                      <w:b/>
                      <w:color w:val="ED7D31"/>
                      <w:sz w:val="24"/>
                    </w:rPr>
                    <w:t>着</w:t>
                  </w:r>
                </w:p>
              </w:tc>
            </w:tr>
            <w:tr w:rsidR="006F02FE" w:rsidRPr="007F0950">
              <w:trPr>
                <w:jc w:val="center"/>
              </w:trPr>
              <w:tc>
                <w:tcPr>
                  <w:tcW w:w="3798" w:type="dxa"/>
                  <w:shd w:val="clear" w:color="auto" w:fill="FFF7F2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rPr>
                      <w:rFonts w:asciiTheme="majorEastAsia" w:eastAsiaTheme="majorEastAsia" w:hAnsiTheme="majorEastAsia"/>
                      <w:lang w:eastAsia="ja-JP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color w:val="222222"/>
                      <w:sz w:val="21"/>
                      <w:lang w:eastAsia="ja-JP"/>
                    </w:rPr>
                    <w:t>開運コミュニティハウス</w:t>
                  </w:r>
                </w:p>
              </w:tc>
              <w:tc>
                <w:tcPr>
                  <w:tcW w:w="1247" w:type="dxa"/>
                  <w:shd w:val="clear" w:color="auto" w:fill="FFF7F2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b/>
                      <w:color w:val="ED7D31"/>
                      <w:sz w:val="24"/>
                    </w:rPr>
                    <w:t>12:08</w:t>
                  </w:r>
                  <w:r w:rsidRPr="007F0950">
                    <w:rPr>
                      <w:rFonts w:asciiTheme="majorEastAsia" w:eastAsiaTheme="majorEastAsia" w:hAnsiTheme="majorEastAsia"/>
                      <w:b/>
                      <w:color w:val="ED7D31"/>
                      <w:sz w:val="24"/>
                    </w:rPr>
                    <w:t>着</w:t>
                  </w:r>
                </w:p>
              </w:tc>
            </w:tr>
            <w:tr w:rsidR="006F02FE" w:rsidRPr="007F0950">
              <w:trPr>
                <w:jc w:val="center"/>
              </w:trPr>
              <w:tc>
                <w:tcPr>
                  <w:tcW w:w="3798" w:type="dxa"/>
                  <w:shd w:val="clear" w:color="auto" w:fill="FFF7F2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rPr>
                      <w:rFonts w:asciiTheme="majorEastAsia" w:eastAsiaTheme="majorEastAsia" w:hAnsiTheme="majorEastAsia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color w:val="222222"/>
                      <w:sz w:val="21"/>
                    </w:rPr>
                    <w:t>勤労者会館</w:t>
                  </w:r>
                </w:p>
              </w:tc>
              <w:tc>
                <w:tcPr>
                  <w:tcW w:w="1247" w:type="dxa"/>
                  <w:shd w:val="clear" w:color="auto" w:fill="FFF7F2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b/>
                      <w:color w:val="ED7D31"/>
                      <w:sz w:val="24"/>
                    </w:rPr>
                    <w:t>12:15</w:t>
                  </w:r>
                  <w:r w:rsidRPr="007F0950">
                    <w:rPr>
                      <w:rFonts w:asciiTheme="majorEastAsia" w:eastAsiaTheme="majorEastAsia" w:hAnsiTheme="majorEastAsia"/>
                      <w:b/>
                      <w:color w:val="ED7D31"/>
                      <w:sz w:val="24"/>
                    </w:rPr>
                    <w:t>着</w:t>
                  </w:r>
                </w:p>
              </w:tc>
            </w:tr>
            <w:tr w:rsidR="006F02FE" w:rsidRPr="007F0950">
              <w:trPr>
                <w:jc w:val="center"/>
              </w:trPr>
              <w:tc>
                <w:tcPr>
                  <w:tcW w:w="3798" w:type="dxa"/>
                  <w:shd w:val="clear" w:color="auto" w:fill="FFF7F2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rPr>
                      <w:rFonts w:asciiTheme="majorEastAsia" w:eastAsiaTheme="majorEastAsia" w:hAnsiTheme="majorEastAsia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color w:val="222222"/>
                      <w:sz w:val="21"/>
                    </w:rPr>
                    <w:t>桜住民センター</w:t>
                  </w:r>
                </w:p>
              </w:tc>
              <w:tc>
                <w:tcPr>
                  <w:tcW w:w="1247" w:type="dxa"/>
                  <w:shd w:val="clear" w:color="auto" w:fill="FFF7F2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b/>
                      <w:color w:val="ED7D31"/>
                      <w:sz w:val="24"/>
                    </w:rPr>
                    <w:t>12:20</w:t>
                  </w:r>
                  <w:r w:rsidRPr="007F0950">
                    <w:rPr>
                      <w:rFonts w:asciiTheme="majorEastAsia" w:eastAsiaTheme="majorEastAsia" w:hAnsiTheme="majorEastAsia"/>
                      <w:b/>
                      <w:color w:val="ED7D31"/>
                      <w:sz w:val="24"/>
                    </w:rPr>
                    <w:t>着</w:t>
                  </w:r>
                </w:p>
              </w:tc>
            </w:tr>
            <w:tr w:rsidR="006F02FE" w:rsidRPr="007F0950">
              <w:trPr>
                <w:jc w:val="center"/>
              </w:trPr>
              <w:tc>
                <w:tcPr>
                  <w:tcW w:w="3798" w:type="dxa"/>
                  <w:shd w:val="clear" w:color="auto" w:fill="FFF7F2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rPr>
                      <w:rFonts w:asciiTheme="majorEastAsia" w:eastAsiaTheme="majorEastAsia" w:hAnsiTheme="majorEastAsia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color w:val="222222"/>
                      <w:sz w:val="21"/>
                    </w:rPr>
                    <w:t>麻生会館</w:t>
                  </w:r>
                </w:p>
              </w:tc>
              <w:tc>
                <w:tcPr>
                  <w:tcW w:w="1247" w:type="dxa"/>
                  <w:shd w:val="clear" w:color="auto" w:fill="FFF7F2"/>
                  <w:tcMar>
                    <w:top w:w="90" w:type="dxa"/>
                    <w:left w:w="130" w:type="dxa"/>
                    <w:bottom w:w="90" w:type="dxa"/>
                    <w:right w:w="130" w:type="dxa"/>
                  </w:tcMar>
                  <w:vAlign w:val="center"/>
                </w:tcPr>
                <w:p w:rsidR="006F02FE" w:rsidRPr="007F0950" w:rsidRDefault="007F0950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7F0950">
                    <w:rPr>
                      <w:rFonts w:asciiTheme="majorEastAsia" w:eastAsiaTheme="majorEastAsia" w:hAnsiTheme="majorEastAsia"/>
                      <w:b/>
                      <w:color w:val="ED7D31"/>
                      <w:sz w:val="24"/>
                    </w:rPr>
                    <w:t>12:30</w:t>
                  </w:r>
                  <w:r w:rsidRPr="007F0950">
                    <w:rPr>
                      <w:rFonts w:asciiTheme="majorEastAsia" w:eastAsiaTheme="majorEastAsia" w:hAnsiTheme="majorEastAsia"/>
                      <w:b/>
                      <w:color w:val="ED7D31"/>
                      <w:sz w:val="24"/>
                    </w:rPr>
                    <w:t>着</w:t>
                  </w:r>
                </w:p>
              </w:tc>
            </w:tr>
          </w:tbl>
          <w:p w:rsidR="006F02FE" w:rsidRPr="007F0950" w:rsidRDefault="006F02FE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6F02FE" w:rsidRPr="007F0950" w:rsidRDefault="006F02FE" w:rsidP="007F0950">
      <w:pPr>
        <w:spacing w:before="100" w:after="0"/>
        <w:rPr>
          <w:rFonts w:asciiTheme="majorEastAsia" w:eastAsiaTheme="majorEastAsia" w:hAnsiTheme="majorEastAsia"/>
        </w:rPr>
      </w:pPr>
    </w:p>
    <w:sectPr w:rsidR="006F02FE" w:rsidRPr="007F0950" w:rsidSect="00034616">
      <w:footerReference w:type="default" r:id="rId8"/>
      <w:pgSz w:w="11906" w:h="16838"/>
      <w:pgMar w:top="567" w:right="680" w:bottom="510" w:left="680" w:header="227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F0950">
      <w:pPr>
        <w:spacing w:after="0" w:line="240" w:lineRule="auto"/>
      </w:pPr>
      <w:r>
        <w:separator/>
      </w:r>
    </w:p>
  </w:endnote>
  <w:endnote w:type="continuationSeparator" w:id="0">
    <w:p w:rsidR="00000000" w:rsidRDefault="007F0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ans CJK JP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2FE" w:rsidRDefault="007F0950">
    <w:pPr>
      <w:pStyle w:val="a7"/>
      <w:jc w:val="center"/>
    </w:pPr>
    <w:r>
      <w:rPr>
        <w:b/>
        <w:color w:val="666666"/>
        <w:sz w:val="18"/>
      </w:rPr>
      <w:t>標茶町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F0950">
      <w:pPr>
        <w:spacing w:after="0" w:line="240" w:lineRule="auto"/>
      </w:pPr>
      <w:r>
        <w:separator/>
      </w:r>
    </w:p>
  </w:footnote>
  <w:footnote w:type="continuationSeparator" w:id="0">
    <w:p w:rsidR="00000000" w:rsidRDefault="007F0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F02FE"/>
    <w:rsid w:val="007F095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300"/>
  <w15:docId w15:val="{DF740CC0-C638-4D77-A37E-E03898EE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Noto Sans CJK JP" w:eastAsia="Noto Sans CJK JP" w:hAnsi="Noto Sans CJK JP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785E58-2933-4B3E-86A8-C571B446C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三上　雅光</cp:lastModifiedBy>
  <cp:revision>2</cp:revision>
  <dcterms:created xsi:type="dcterms:W3CDTF">2013-12-23T23:15:00Z</dcterms:created>
  <dcterms:modified xsi:type="dcterms:W3CDTF">2026-08-06T10:29:00Z</dcterms:modified>
  <cp:category/>
</cp:coreProperties>
</file>